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יצירתיות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"יצירתיות"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🎨 יצירתיות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מַמְצִיאִים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🎨 יצירתיות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🎨 ✂️ 💡  משפט השבוע: מַמְצִיאִים רַעְיוֹנוֹת חֲדָשִׁים וּמְיֻחָדִים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מְחַפְּשִׂים  |  מַמְצִיאִים  |  לְהִתְגָּאוֹת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"מַמְצִיאִים רַעְיוֹנוֹת חֲדָשִׁים וּמְיֻחָדִים"?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🌾 ענווה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🎨 יצירתיות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לצייר או לבנות משהו שלא היה לפני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להמציא משחק חדש עם חברים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להאשים אחרים בלי לבדוק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________ רַעְיוֹנוֹת חֲדָשִׁים וּמְיֻחָדִים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עוד אפשר להמציא מארגז גדול?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לצייר או לבנות משהו שלא היה לפני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יצירתיות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