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יצירתיות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"יצירתיות"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לצייר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idea / идея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draw / рисовать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build / строить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imagination / воображение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🎨 יצירתיות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יצירתיות זה לחשוב על רעיון חדש. אפשר לצייר, לבנות ולהמציא.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idea · идея · ሐሳብ · فكرة · idée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draw · рисовать · መሳል · يرسم · dessiner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לבנות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build · строить · መገንባት · يبني · construire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imagination · воображение · ምናብ · خيال · imagination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רעיון  |  לצייר  |  לבנות  |  דמיון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draw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לצייר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רעיון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לבנות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draw / рисовать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build / строить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idea / идея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imagination / воображение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יצירתיות זה לחשוב על ________ חדש. אפשר לצייר, לבנות ולהמציא.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"רעיון".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עוד אפשר להמציא מארגז גדול?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לצייר או לבנות משהו שלא היה לפני / להמציא משחק חדש עם חברים)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יצירתיות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