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ענווה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"ענווה"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שיודע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ענווה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ענווה – להכיר בכוחות שלנו בלי להתנשא, ולהשאיר מקום גם לאחרים.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מיכאל הוא הכי טוב בכיתה במחשבים, ולפעמים זה נשמע בקול שלו. כשליה שאלה אותו שאלה פשוטה, הוא ענה: את לא יודעת את זה? ליה השתתקה ולא שאלה יותר. בערב מיכאל חשב על הרגע הזה, ובבוקר ניגש אליה.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מיכאל יכול להגיד לליה בבוקר?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לעזור לאחרים בלי לגרום להם להרגיש קטנים?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ענווה לבין חוסר ביטחון?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"ענווה"?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שאלה גם כשאני חושב או חושבת שאני יודע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 עד הסוף לפני שאני מתקן או מתקנת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להזכיר מישהו שעזר לי כשמשבחים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להכיר בכוחות שלנו בלי להתנשא, ולהשאיר מקום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התחושה שכולנו קשורים זה לזה, ושכל אחד ואחת אחראים גם לטובת האחרים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לטבע, לאוויר, למים ולמקום שבו אנחנו חיים, היום ולמען הדורות הבאים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"מי ________ הרבה יודע גם כמה עוד אפשר ללמוד"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אף פעם לא עוצר, אי אפשר לראות אותי, ואף אחד לא יכול להחזיר אותי אחורה.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לשאול שאלה גם כשאני חושב או חושבת שאני יודע · להזכיר מישהו שעזר לי כשמשבחים אותי · להקשיב עד הסוף לפני שאני מתקן או מתקנת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ממישהו אחר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הצלחה של השבוע ועל מי שעזר לכם להגיע אליה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ענווה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