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ענווה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"ענווה"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להכיר בכוחות שלנו בלי להתנשא, ולהשאיר מקום גם לאחרים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להאמין שדברים יכולים להשתפר, ולחפש את הטוב גם ביום קשה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לדאוג לטבע, לאוויר, למים ולמקום שבו אנחנו חיים, היום ולמען הדורות הבאים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התחושה שכולנו קשורים זה לזה, ושכל אחד ואחת אחראים גם לטובת האחרים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שיודע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🌾 ענווה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ענווה – להכיר בכוחות שלנו בלי להתנשא, ולהשאיר מקום גם לאחרים.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איתי קלע את השער המכריע במשחק הכיתתי. כולם הרימו אותו על הכתפיים. איתי אמר: בלי המסירה של נועה לא הייתי קולע בכלל. נועה הסמיקה, וכל הקבוצה הרגישה שהניצחון שייך לכולם.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למה איתי הזכיר את נועה?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מי עזר לכם בהצלחה האחרונה שלכם?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"ענווה"?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לשמוח בהצלחה של חבר או חברה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לספר סוד של חבר או חברה לכולם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תודה למי שעזר 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לתת למישהו אחר להיות ראשון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🌾 ענווה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להאמין שדברים יכולים להשתפר, ולחפש את הטוב גם ביום קשה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🌤️ אופטימיות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התחושה שכולנו קשורים זה לזה, ושכל אחד ואחת אחראים גם לטובת האחרים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 שמירה על הסביבה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להכיר בכוחות שלנו בלי להתנשא, ולהשאיר מקום גם לאחרים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🫶 ערבות הדדית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לדאוג לטבע, לאוויר, למים ולמקום שבו אנחנו חיים, היום ולמען הדורות הבאים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"מי ________ הרבה יודע גם כמה עוד אפשר ללמוד"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אני הכי גבוה כשאני צעיר, והכי נמוך כשאני זקן. אני בוכה טיפות כשדולקת בי אש. מה אני?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להגיד תודה למי שעזר לי · לשמוח בהצלחה של חבר או חברה · לתת למישהו אחר להיות ראשון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ממישהו אחר בכיתה?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שרוצה – ספרו על הצלחה של השבוע ועל מי שעזר לכם להגיע אליה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ענווה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